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Rajesh Kumar Nair</w:t>
      </w:r>
    </w:p>
    <w:p>
      <w:r>
        <w:rPr>
          <w:color w:val="4B5563"/>
          <w:sz w:val="18"/>
        </w:rPr>
        <w:t>Al Sadd, Doha, Qatar · +974 3312 4567 · rajesh.nair@email.com · linkedin.com/in/rajeshknair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Indian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8 June 1991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Married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Visa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Valid QID - transferable residence permit, NOC not required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Driving Licence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Qatari light vehicle licence (held 5 years)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Availability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 month notice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PROFILE</w:t>
      </w:r>
    </w:p>
    <w:p>
      <w:r>
        <w:t>Mechanical maintenance engineer with 9 years in oil and gas, 5 of them in Qatar on LNG and downstream sites. Led a shutdown scope worth QAR 12 million delivered on schedule, and cut rotating-equipment downtime by 31% across two plants. Currently in Doha on a transferable QID and available at one month's notice.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LICENCES &amp; CERTIFICATIONS</w:t>
      </w:r>
    </w:p>
    <w:p>
      <w:pPr>
        <w:pStyle w:val="ListBullet"/>
      </w:pPr>
      <w:r>
        <w:t>NEBOSH International General Certificate - 2023 (valid)</w:t>
      </w:r>
    </w:p>
    <w:p>
      <w:pPr>
        <w:pStyle w:val="ListBullet"/>
      </w:pPr>
      <w:r>
        <w:t>API 570 Piping Inspector - certificate no. 71234, expires Mar 2028</w:t>
      </w:r>
    </w:p>
    <w:p>
      <w:pPr>
        <w:pStyle w:val="ListBullet"/>
      </w:pPr>
      <w:r>
        <w:t>Certified Maintenance &amp; Reliability Professional (CMRP) - SMRP, 2022</w:t>
      </w:r>
    </w:p>
    <w:p>
      <w:pPr>
        <w:pStyle w:val="ListBullet"/>
      </w:pPr>
      <w:r>
        <w:t>H2S / BA and Confined Space Entry - OPITO approved, renewed 2025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Senior Maintenance Engineer (Rotating Equipment)</w:t>
      </w:r>
      <w:r>
        <w:rPr>
          <w:color w:val="4B5563"/>
          <w:sz w:val="18"/>
        </w:rPr>
        <w:tab/>
        <w:t>May 2021 - Present</w:t>
      </w:r>
    </w:p>
    <w:p>
      <w:r>
        <w:rPr>
          <w:i/>
          <w:color w:val="4B5563"/>
          <w:sz w:val="20"/>
        </w:rPr>
        <w:t>EPC contractor - Ras Laffan Industrial City, Qatar</w:t>
      </w:r>
    </w:p>
    <w:p>
      <w:pPr>
        <w:pStyle w:val="ListBullet"/>
      </w:pPr>
      <w:r>
        <w:t>Own preventive and predictive maintenance for 140 pumps, compressors and turbines across two process trains</w:t>
      </w:r>
    </w:p>
    <w:p>
      <w:pPr>
        <w:pStyle w:val="ListBullet"/>
      </w:pPr>
      <w:r>
        <w:t>Reduced unplanned rotating-equipment downtime by 31% in 18 months through vibration-based condition monitoring</w:t>
      </w:r>
    </w:p>
    <w:p>
      <w:pPr>
        <w:pStyle w:val="ListBullet"/>
      </w:pPr>
      <w:r>
        <w:t>Led a QAR 12 million turnaround scope covering 46 work packages, delivered on schedule with zero LTI</w:t>
      </w:r>
    </w:p>
    <w:p>
      <w:pPr>
        <w:pStyle w:val="ListBullet"/>
      </w:pPr>
      <w:r>
        <w:t>Supervise a multinational team of 18 technicians working in English, Hindi and Malayalam</w:t>
      </w:r>
    </w:p>
    <w:p>
      <w:pPr>
        <w:tabs>
          <w:tab w:pos="9865" w:val="right"/>
        </w:tabs>
      </w:pPr>
      <w:r>
        <w:rPr>
          <w:b/>
        </w:rPr>
        <w:t>Maintenance Engineer</w:t>
      </w:r>
      <w:r>
        <w:rPr>
          <w:color w:val="4B5563"/>
          <w:sz w:val="18"/>
        </w:rPr>
        <w:tab/>
        <w:t>Aug 2018 - Apr 2021</w:t>
      </w:r>
    </w:p>
    <w:p>
      <w:r>
        <w:rPr>
          <w:i/>
          <w:color w:val="4B5563"/>
          <w:sz w:val="20"/>
        </w:rPr>
        <w:t>Petrochemical operator - Mesaieed, Qatar</w:t>
      </w:r>
    </w:p>
    <w:p>
      <w:pPr>
        <w:pStyle w:val="ListBullet"/>
      </w:pPr>
      <w:r>
        <w:t>Executed planned maintenance to API 610 and API 682 standards across the utilities and offsites areas</w:t>
      </w:r>
    </w:p>
    <w:p>
      <w:pPr>
        <w:pStyle w:val="ListBullet"/>
      </w:pPr>
      <w:r>
        <w:t>Introduced a spare-parts criticality review that cut critical stock-outs from 14 to 3 per year</w:t>
      </w:r>
    </w:p>
    <w:p>
      <w:pPr>
        <w:tabs>
          <w:tab w:pos="9865" w:val="right"/>
        </w:tabs>
      </w:pPr>
      <w:r>
        <w:rPr>
          <w:b/>
        </w:rPr>
        <w:t>Mechanical Engineer</w:t>
      </w:r>
      <w:r>
        <w:rPr>
          <w:color w:val="4B5563"/>
          <w:sz w:val="18"/>
        </w:rPr>
        <w:tab/>
        <w:t>Jul 2016 - Jul 2018</w:t>
      </w:r>
    </w:p>
    <w:p>
      <w:r>
        <w:rPr>
          <w:i/>
          <w:color w:val="4B5563"/>
          <w:sz w:val="20"/>
        </w:rPr>
        <w:t>Refinery services contractor - Kochi, India</w:t>
      </w:r>
    </w:p>
    <w:p>
      <w:pPr>
        <w:pStyle w:val="ListBullet"/>
      </w:pPr>
      <w:r>
        <w:t>Overhauled centrifugal pumps and gearboxes during annual refinery shutdowns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B.Tech Mechanical Engineering - First Class</w:t>
      </w:r>
      <w:r>
        <w:rPr>
          <w:color w:val="4B5563"/>
          <w:sz w:val="18"/>
        </w:rPr>
        <w:tab/>
        <w:t>2009 - 2013</w:t>
      </w:r>
    </w:p>
    <w:p>
      <w:r>
        <w:rPr>
          <w:i/>
          <w:color w:val="4B5563"/>
          <w:sz w:val="20"/>
        </w:rPr>
        <w:t>National Institute of Technology, Calicut, India</w:t>
      </w:r>
    </w:p>
    <w:p>
      <w:pPr>
        <w:pStyle w:val="ListBullet"/>
      </w:pPr>
      <w:r>
        <w:t>Degree certificate attested for Qatar (MEA India, Qatari embassy and Qatar MOFA)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TECHNICAL SKILLS</w:t>
      </w:r>
    </w:p>
    <w:p>
      <w:r>
        <w:t>Rotating equipment, RCA, vibration analysis, RCM, shutdown and turnaround planning</w:t>
      </w:r>
    </w:p>
    <w:p>
      <w:r>
        <w:t>SAP PM, Meridium, AutoCAD, Primavera P6, API 610 / 682 / 570 standards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LANGUAGES</w:t>
      </w:r>
    </w:p>
    <w:p>
      <w:r>
        <w:t>English - professional working proficiency (IELTS 7.5, 2021)</w:t>
      </w:r>
    </w:p>
    <w:p>
      <w:r>
        <w:t>Hindi - native; Malayalam - native; Arabic - basic conversational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